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F2A24"/>
          <w:sz w:val="40"/>
        </w:rPr>
        <w:t>HIMALAYAN PLEIN AIR 2027</w:t>
      </w:r>
    </w:p>
    <w:p>
      <w:pPr>
        <w:jc w:val="center"/>
      </w:pPr>
      <w:r>
        <w:rPr>
          <w:rFonts w:ascii="Arial" w:hAnsi="Arial"/>
          <w:b/>
          <w:color w:val="C05C46"/>
          <w:sz w:val="26"/>
        </w:rPr>
        <w:t>ARTIST DELEGATION APPLICATION FORM</w:t>
      </w:r>
    </w:p>
    <w:p>
      <w:pPr>
        <w:jc w:val="center"/>
      </w:pPr>
      <w:r>
        <w:rPr>
          <w:rFonts w:ascii="Arial" w:hAnsi="Arial"/>
          <w:i/>
          <w:color w:val="333333"/>
          <w:sz w:val="19"/>
        </w:rPr>
        <w:t>Residency Dates: 24th February – 10th March 2027 (15 Days) | Location: Mastiff Wildcrest, Gopalpur, HP</w:t>
        <w:br/>
        <w:t>Title Host Partner: Mastiff Hotel | Curator: Arijeet Chanda</w:t>
      </w:r>
    </w:p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F2A24"/>
          <w:sz w:val="22"/>
        </w:rPr>
        <w:t>1. PERSONAL &amp; CONTACT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Full Legal Name (as in Passport)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Enter Full Name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Artist / Preferred Name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Enter Preferred Name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Date of Birth &amp; Gender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DD / MM / YYYY | Gender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Nationality &amp; Passport Country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Nationality / Passport Country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Residential Address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Full Street Address, City, Country, Postal Code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Mobile Number &amp; WhatsApp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+Country Code Mobile / WhatsApp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Email Address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Primary Email Address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Emergency Contact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Contact Name, Relationship &amp; Phone Number ]</w:t>
            </w:r>
          </w:p>
        </w:tc>
      </w:tr>
    </w:tbl>
    <w:p>
      <w:pPr>
        <w:spacing w:after="80"/>
      </w:pPr>
    </w:p>
    <w:p>
      <w:pPr>
        <w:keepNext/>
        <w:spacing w:before="240" w:after="80"/>
      </w:pPr>
      <w:r>
        <w:rPr>
          <w:rFonts w:ascii="Arial" w:hAnsi="Arial"/>
          <w:b/>
          <w:color w:val="1F2A24"/>
          <w:sz w:val="22"/>
        </w:rPr>
        <w:t>2. PROFESSIONAL ARTISTIC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Primary Medium(s)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 ] Oil   [  ] Acrylic   [  ] Watercolor   [  ] Pastel   [  ] Other: _______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Years of Professional Practice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 ] 3–5 Years   [  ] 5–10 Years   [  ] 10+ Years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Website / Online Portfolio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https://...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Social Media Handles (Instagram/FB)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@Instagram_Handle / Facebook Page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Artist Bio &amp; Statement (100–150 words)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Provide a brief summary of your creative background, artistic style, and core themes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Plein-Air / Outdoor Experience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Describe previous outdoor painting experience, residencies, or outdoor art festivals ]</w:t>
            </w:r>
          </w:p>
        </w:tc>
      </w:tr>
    </w:tbl>
    <w:p>
      <w:pPr>
        <w:spacing w:after="80"/>
      </w:pPr>
    </w:p>
    <w:p>
      <w:pPr>
        <w:keepNext/>
        <w:spacing w:before="240" w:after="80"/>
      </w:pPr>
      <w:r>
        <w:rPr>
          <w:rFonts w:ascii="Arial" w:hAnsi="Arial"/>
          <w:b/>
          <w:color w:val="1F2A24"/>
          <w:sz w:val="22"/>
        </w:rPr>
        <w:t>3. TRAVEL, VISA &amp; ACCOMMODATION PREFERENCES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Passport Number &amp; Expiry Date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Passport No. | Expiration Date (min 6 mos validity)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Nearest Departure Airport / City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Airport Code / City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Visa Recommendation Letter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 ] Required (International Artist)    [  ] Not Required (Indian National)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Dietary Preferences / Restrictions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 ] Vegetarian   [  ] Non-Vegetarian   [  ] Vegan   [  ] Allergies: _______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Field Equipment &amp; Easel Needs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 ] Bringing Own Pochade/Field Easel    [  ] Requesting On-Site Heavy Easel</w:t>
            </w:r>
          </w:p>
        </w:tc>
      </w:tr>
    </w:tbl>
    <w:p>
      <w:pPr>
        <w:spacing w:after="80"/>
      </w:pPr>
    </w:p>
    <w:p>
      <w:pPr>
        <w:keepNext/>
        <w:spacing w:before="240" w:after="80"/>
      </w:pPr>
      <w:r>
        <w:rPr>
          <w:rFonts w:ascii="Arial" w:hAnsi="Arial"/>
          <w:b/>
          <w:color w:val="1F2A24"/>
          <w:sz w:val="22"/>
        </w:rPr>
        <w:t>4. PORTFOLIO SUBMISSION &amp; ARTWORK SAMPLES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Artwork Sample 1 Title &amp; Medium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Title, Medium, Dimensions, Year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Artwork Sample 2 Title &amp; Medium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Title, Medium, Dimensions, Year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Artwork Sample 3 Title &amp; Medium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Title, Medium, Dimensions, Year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Digital Portfolio Drive Link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Link to Google Drive / Dropbox with high-res artwork images ]</w:t>
            </w:r>
          </w:p>
        </w:tc>
      </w:tr>
    </w:tbl>
    <w:p>
      <w:pPr>
        <w:spacing w:after="80"/>
      </w:pPr>
    </w:p>
    <w:p>
      <w:pPr>
        <w:keepNext/>
        <w:spacing w:before="240" w:after="80"/>
      </w:pPr>
      <w:r>
        <w:rPr>
          <w:rFonts w:ascii="Arial" w:hAnsi="Arial"/>
          <w:b/>
          <w:color w:val="1F2A24"/>
          <w:sz w:val="22"/>
        </w:rPr>
        <w:t>5. TERMS, DECLARATIONS &amp; APPLICANT SIGNATURE</w:t>
      </w:r>
    </w:p>
    <w:p>
      <w:pPr>
        <w:spacing w:after="120"/>
      </w:pPr>
      <w:r>
        <w:rPr>
          <w:rFonts w:ascii="Arial" w:hAnsi="Arial"/>
          <w:b/>
          <w:sz w:val="18"/>
        </w:rPr>
        <w:t>By submitting this application, I confirm and agree to the following residency terms:</w:t>
        <w:br/>
      </w:r>
    </w:p>
    <w:p>
      <w:pPr>
        <w:spacing w:after="60"/>
        <w:ind w:left="288"/>
      </w:pPr>
      <w:r>
        <w:rPr>
          <w:rFonts w:ascii="Arial" w:hAnsi="Arial"/>
          <w:color w:val="333333"/>
          <w:sz w:val="17"/>
        </w:rPr>
        <w:t>1. Full Participation: I commit to participating in the 15-day residency program (24th Feb – 10th Mar 2027) in Kangra Valley.</w:t>
      </w:r>
    </w:p>
    <w:p>
      <w:pPr>
        <w:spacing w:after="60"/>
        <w:ind w:left="288"/>
      </w:pPr>
      <w:r>
        <w:rPr>
          <w:rFonts w:ascii="Arial" w:hAnsi="Arial"/>
          <w:color w:val="333333"/>
          <w:sz w:val="17"/>
        </w:rPr>
        <w:t>2. Artwork Deliverables: I agree to create at least 2 completed plein-air artworks during the residency and contribute 1 painting response inspired by Kangra regional heritage.</w:t>
      </w:r>
    </w:p>
    <w:p>
      <w:pPr>
        <w:spacing w:after="60"/>
        <w:ind w:left="288"/>
      </w:pPr>
      <w:r>
        <w:rPr>
          <w:rFonts w:ascii="Arial" w:hAnsi="Arial"/>
          <w:color w:val="333333"/>
          <w:sz w:val="17"/>
        </w:rPr>
        <w:t>3. Commercial Sales Share: I understand that I retain 60% of all sales revenue from artworks sold during the public pop-up exhibition.</w:t>
      </w:r>
    </w:p>
    <w:p>
      <w:pPr>
        <w:spacing w:after="60"/>
        <w:ind w:left="288"/>
      </w:pPr>
      <w:r>
        <w:rPr>
          <w:rFonts w:ascii="Arial" w:hAnsi="Arial"/>
          <w:color w:val="333333"/>
          <w:sz w:val="17"/>
        </w:rPr>
        <w:t>4. Hosting Entitlements: I acknowledge that 15 nights stay at Mastiff Wildcrest, full meals at Tangelo, local excursion shuttles, and art materials/framing are hosted by Mastiff Hotel.</w:t>
      </w:r>
    </w:p>
    <w:p>
      <w:pPr>
        <w:spacing w:after="60"/>
        <w:ind w:left="288"/>
      </w:pPr>
      <w:r>
        <w:rPr>
          <w:rFonts w:ascii="Arial" w:hAnsi="Arial"/>
          <w:color w:val="333333"/>
          <w:sz w:val="17"/>
        </w:rPr>
        <w:t>5. Image &amp; Media Consent: I grant permission for event organizers to use high-resolution photographs of my created artworks and residency activities for cultural archives, catalogs, and exhibition PR.</w:t>
      </w:r>
    </w:p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Applicant Digital Signature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Type / Upload Signature ]</w:t>
            </w:r>
          </w:p>
        </w:tc>
      </w:tr>
      <w:tr>
        <w:tc>
          <w:tcPr>
            <w:tcW w:type="dxa" w:w="3168"/>
            <w:shd w:fill="F4F6F5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Date of Application</w:t>
            </w:r>
          </w:p>
        </w:tc>
        <w:tc>
          <w:tcPr>
            <w:tcW w:type="dxa" w:w="6912"/>
            <w:tcMar>
              <w:top w:w="80" w:type="dxa"/>
              <w:bottom w:w="80" w:type="dxa"/>
              <w:left w:w="120" w:type="dxa"/>
              <w:right w:w="120" w:type="dxa"/>
            </w:tcMar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77777"/>
                <w:sz w:val="19"/>
              </w:rPr>
              <w:t>[ DD / MM / YYYY ]</w:t>
            </w:r>
          </w:p>
        </w:tc>
      </w:tr>
    </w:tbl>
    <w:p>
      <w:pPr>
        <w:spacing w:after="80"/>
      </w:pPr>
    </w:p>
    <w:p>
      <w:pPr>
        <w:spacing w:before="240"/>
        <w:jc w:val="center"/>
      </w:pPr>
      <w:r>
        <w:rPr>
          <w:rFonts w:ascii="Arial" w:hAnsi="Arial"/>
          <w:i/>
          <w:color w:val="333333"/>
          <w:sz w:val="17"/>
        </w:rPr>
        <w:t>Please submit completed form to: contact@arijeetchanda.com | Website: himalayanpleinair.com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